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78A90" w14:textId="3F7F8CDA" w:rsidR="00D437B9" w:rsidRPr="00D437B9" w:rsidRDefault="00D437B9" w:rsidP="006A2AA6">
      <w:pPr>
        <w:spacing w:line="240" w:lineRule="exact"/>
        <w:jc w:val="center"/>
        <w:rPr>
          <w:rFonts w:ascii="ＭＳ ゴシック" w:eastAsia="ＭＳ ゴシック" w:hAnsi="ＭＳ ゴシック"/>
          <w:b/>
          <w:sz w:val="24"/>
          <w:szCs w:val="28"/>
          <w:lang w:eastAsia="ja-JP"/>
        </w:rPr>
      </w:pPr>
      <w:r w:rsidRPr="00D437B9">
        <w:rPr>
          <w:rFonts w:ascii="ＭＳ ゴシック" w:eastAsia="ＭＳ ゴシック" w:hAnsi="ＭＳ ゴシック"/>
          <w:b/>
          <w:sz w:val="24"/>
          <w:lang w:eastAsia="ja-JP"/>
        </w:rPr>
        <w:t>&lt;</w:t>
      </w:r>
      <w:r w:rsidR="00A658D4" w:rsidRPr="00A658D4">
        <w:rPr>
          <w:rFonts w:ascii="ＭＳ ゴシック" w:eastAsia="ＭＳ ゴシック" w:hAnsi="ＭＳ ゴシック"/>
          <w:b/>
          <w:sz w:val="24"/>
          <w:lang w:eastAsia="ja-JP"/>
        </w:rPr>
        <w:t>一般廃棄物処理体制の構築に係るサウンディング調査</w:t>
      </w:r>
      <w:r w:rsidRPr="00D437B9">
        <w:rPr>
          <w:rFonts w:ascii="ＭＳ ゴシック" w:eastAsia="ＭＳ ゴシック" w:hAnsi="ＭＳ ゴシック"/>
          <w:b/>
          <w:sz w:val="24"/>
          <w:lang w:eastAsia="ja-JP"/>
        </w:rPr>
        <w:t>&gt;</w:t>
      </w:r>
    </w:p>
    <w:p w14:paraId="0512A848" w14:textId="3B8524FB" w:rsidR="00D437B9" w:rsidRDefault="00D437B9" w:rsidP="00105138">
      <w:pPr>
        <w:spacing w:line="240" w:lineRule="exact"/>
        <w:rPr>
          <w:rFonts w:ascii="ＭＳ ゴシック" w:eastAsia="ＭＳ ゴシック" w:hAnsi="ＭＳ ゴシック"/>
          <w:b/>
          <w:lang w:eastAsia="ja-JP"/>
        </w:rPr>
      </w:pPr>
      <w:r>
        <w:rPr>
          <w:rFonts w:ascii="ＭＳ ゴシック" w:eastAsia="ＭＳ ゴシック" w:hAnsi="ＭＳ ゴシック" w:hint="eastAsia"/>
          <w:b/>
          <w:lang w:eastAsia="ja-JP"/>
        </w:rPr>
        <w:t>■ヒアリングシート（質問項目）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18"/>
        <w:gridCol w:w="6338"/>
      </w:tblGrid>
      <w:tr w:rsidR="00D437B9" w14:paraId="05B934DD" w14:textId="77777777" w:rsidTr="00D437B9">
        <w:trPr>
          <w:trHeight w:val="356"/>
        </w:trPr>
        <w:tc>
          <w:tcPr>
            <w:tcW w:w="2518" w:type="dxa"/>
          </w:tcPr>
          <w:p w14:paraId="37CE7812" w14:textId="77777777" w:rsidR="00D437B9" w:rsidRDefault="00D437B9" w:rsidP="00105138">
            <w:pPr>
              <w:spacing w:line="240" w:lineRule="exact"/>
              <w:rPr>
                <w:rFonts w:ascii="ＭＳ ゴシック" w:eastAsia="ＭＳ ゴシック" w:hAnsi="ＭＳ ゴシック"/>
                <w:b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b/>
                <w:lang w:eastAsia="ja-JP"/>
              </w:rPr>
              <w:t>法人名・団体名・所属</w:t>
            </w:r>
          </w:p>
        </w:tc>
        <w:tc>
          <w:tcPr>
            <w:tcW w:w="6338" w:type="dxa"/>
          </w:tcPr>
          <w:p w14:paraId="3F5A26B1" w14:textId="77777777" w:rsidR="00D437B9" w:rsidRDefault="00D437B9" w:rsidP="00221D2C">
            <w:pPr>
              <w:spacing w:line="240" w:lineRule="exact"/>
              <w:rPr>
                <w:rFonts w:ascii="ＭＳ ゴシック" w:eastAsia="ＭＳ ゴシック" w:hAnsi="ＭＳ ゴシック"/>
                <w:b/>
                <w:lang w:eastAsia="ja-JP"/>
              </w:rPr>
            </w:pPr>
          </w:p>
          <w:p w14:paraId="7422D2F3" w14:textId="77777777" w:rsidR="00221D2C" w:rsidRDefault="00221D2C" w:rsidP="00221D2C">
            <w:pPr>
              <w:spacing w:line="240" w:lineRule="exact"/>
              <w:rPr>
                <w:rFonts w:ascii="ＭＳ ゴシック" w:eastAsia="ＭＳ ゴシック" w:hAnsi="ＭＳ ゴシック"/>
                <w:b/>
                <w:lang w:eastAsia="ja-JP"/>
              </w:rPr>
            </w:pPr>
          </w:p>
          <w:p w14:paraId="06E120EF" w14:textId="77777777" w:rsidR="00221D2C" w:rsidRDefault="00221D2C" w:rsidP="00221D2C">
            <w:pPr>
              <w:spacing w:line="240" w:lineRule="exact"/>
              <w:rPr>
                <w:rFonts w:ascii="ＭＳ ゴシック" w:eastAsia="ＭＳ ゴシック" w:hAnsi="ＭＳ ゴシック"/>
                <w:b/>
                <w:lang w:eastAsia="ja-JP"/>
              </w:rPr>
            </w:pPr>
          </w:p>
        </w:tc>
      </w:tr>
      <w:tr w:rsidR="00D437B9" w14:paraId="777F55EA" w14:textId="77777777" w:rsidTr="00D437B9">
        <w:tc>
          <w:tcPr>
            <w:tcW w:w="2518" w:type="dxa"/>
          </w:tcPr>
          <w:p w14:paraId="2D2DB311" w14:textId="77777777" w:rsidR="00D437B9" w:rsidRDefault="00D437B9" w:rsidP="00105138">
            <w:pPr>
              <w:spacing w:line="240" w:lineRule="exact"/>
              <w:rPr>
                <w:rFonts w:ascii="ＭＳ ゴシック" w:eastAsia="ＭＳ ゴシック" w:hAnsi="ＭＳ ゴシック"/>
                <w:b/>
              </w:rPr>
            </w:pPr>
            <w:proofErr w:type="spellStart"/>
            <w:r>
              <w:rPr>
                <w:rFonts w:ascii="ＭＳ ゴシック" w:eastAsia="ＭＳ ゴシック" w:hAnsi="ＭＳ ゴシック" w:hint="eastAsia"/>
                <w:b/>
              </w:rPr>
              <w:t>担当者氏名</w:t>
            </w:r>
            <w:proofErr w:type="spellEnd"/>
          </w:p>
        </w:tc>
        <w:tc>
          <w:tcPr>
            <w:tcW w:w="6338" w:type="dxa"/>
          </w:tcPr>
          <w:p w14:paraId="640A462F" w14:textId="77777777" w:rsidR="00221D2C" w:rsidRDefault="00221D2C" w:rsidP="00221D2C">
            <w:pPr>
              <w:spacing w:line="240" w:lineRule="exact"/>
              <w:rPr>
                <w:rFonts w:ascii="ＭＳ ゴシック" w:eastAsia="ＭＳ ゴシック" w:hAnsi="ＭＳ ゴシック"/>
                <w:b/>
                <w:lang w:eastAsia="ja-JP"/>
              </w:rPr>
            </w:pPr>
          </w:p>
          <w:p w14:paraId="4D3B502B" w14:textId="77777777" w:rsidR="00221D2C" w:rsidRDefault="00221D2C" w:rsidP="00221D2C">
            <w:pPr>
              <w:spacing w:line="240" w:lineRule="exact"/>
              <w:rPr>
                <w:rFonts w:ascii="ＭＳ ゴシック" w:eastAsia="ＭＳ ゴシック" w:hAnsi="ＭＳ ゴシック"/>
                <w:b/>
                <w:lang w:eastAsia="ja-JP"/>
              </w:rPr>
            </w:pPr>
          </w:p>
        </w:tc>
      </w:tr>
    </w:tbl>
    <w:p w14:paraId="5053E348" w14:textId="529CCEDB" w:rsidR="00A80337" w:rsidRPr="00A80337" w:rsidRDefault="00D437B9" w:rsidP="00105138">
      <w:pPr>
        <w:spacing w:line="240" w:lineRule="exact"/>
        <w:rPr>
          <w:rFonts w:ascii="ＭＳ 明朝" w:eastAsia="ＭＳ 明朝" w:hAnsi="ＭＳ 明朝"/>
          <w:lang w:eastAsia="ja-JP"/>
        </w:rPr>
      </w:pPr>
      <w:r w:rsidRPr="00A80337">
        <w:rPr>
          <w:rFonts w:ascii="ＭＳ 明朝" w:eastAsia="ＭＳ 明朝" w:hAnsi="ＭＳ 明朝" w:hint="eastAsia"/>
          <w:u w:val="single"/>
          <w:lang w:eastAsia="ja-JP"/>
        </w:rPr>
        <w:t>提出期限：令和</w:t>
      </w:r>
      <w:r w:rsidR="00490CC5">
        <w:rPr>
          <w:rFonts w:ascii="ＭＳ 明朝" w:eastAsia="ＭＳ 明朝" w:hAnsi="ＭＳ 明朝" w:hint="eastAsia"/>
          <w:u w:val="single"/>
          <w:lang w:eastAsia="ja-JP"/>
        </w:rPr>
        <w:t>９</w:t>
      </w:r>
      <w:r w:rsidRPr="00A80337">
        <w:rPr>
          <w:rFonts w:ascii="ＭＳ 明朝" w:eastAsia="ＭＳ 明朝" w:hAnsi="ＭＳ 明朝" w:hint="eastAsia"/>
          <w:u w:val="single"/>
          <w:lang w:eastAsia="ja-JP"/>
        </w:rPr>
        <w:t>年</w:t>
      </w:r>
      <w:r w:rsidR="00490CC5">
        <w:rPr>
          <w:rFonts w:ascii="ＭＳ 明朝" w:eastAsia="ＭＳ 明朝" w:hAnsi="ＭＳ 明朝" w:hint="eastAsia"/>
          <w:u w:val="single"/>
          <w:lang w:eastAsia="ja-JP"/>
        </w:rPr>
        <w:t>1</w:t>
      </w:r>
      <w:r w:rsidRPr="00A80337">
        <w:rPr>
          <w:rFonts w:ascii="ＭＳ 明朝" w:eastAsia="ＭＳ 明朝" w:hAnsi="ＭＳ 明朝" w:hint="eastAsia"/>
          <w:u w:val="single"/>
          <w:lang w:eastAsia="ja-JP"/>
        </w:rPr>
        <w:t>月</w:t>
      </w:r>
      <w:r w:rsidR="00490CC5">
        <w:rPr>
          <w:rFonts w:ascii="ＭＳ 明朝" w:eastAsia="ＭＳ 明朝" w:hAnsi="ＭＳ 明朝" w:hint="eastAsia"/>
          <w:u w:val="single"/>
          <w:lang w:eastAsia="ja-JP"/>
        </w:rPr>
        <w:t>15</w:t>
      </w:r>
      <w:r w:rsidRPr="00A80337">
        <w:rPr>
          <w:rFonts w:ascii="ＭＳ 明朝" w:eastAsia="ＭＳ 明朝" w:hAnsi="ＭＳ 明朝" w:hint="eastAsia"/>
          <w:u w:val="single"/>
          <w:lang w:eastAsia="ja-JP"/>
        </w:rPr>
        <w:t>日（</w:t>
      </w:r>
      <w:r w:rsidR="00441B77">
        <w:rPr>
          <w:rFonts w:ascii="ＭＳ 明朝" w:eastAsia="ＭＳ 明朝" w:hAnsi="ＭＳ 明朝" w:hint="eastAsia"/>
          <w:u w:val="single"/>
          <w:lang w:eastAsia="ja-JP"/>
        </w:rPr>
        <w:t>金</w:t>
      </w:r>
      <w:r w:rsidRPr="00A80337">
        <w:rPr>
          <w:rFonts w:ascii="ＭＳ 明朝" w:eastAsia="ＭＳ 明朝" w:hAnsi="ＭＳ 明朝" w:hint="eastAsia"/>
          <w:u w:val="single"/>
          <w:lang w:eastAsia="ja-JP"/>
        </w:rPr>
        <w:t>）</w:t>
      </w:r>
      <w:r w:rsidR="00A80337" w:rsidRPr="00A80337">
        <w:rPr>
          <w:rFonts w:ascii="ＭＳ 明朝" w:eastAsia="ＭＳ 明朝" w:hAnsi="ＭＳ 明朝" w:hint="eastAsia"/>
          <w:lang w:eastAsia="ja-JP"/>
        </w:rPr>
        <w:t xml:space="preserve">　　　</w:t>
      </w:r>
    </w:p>
    <w:p w14:paraId="72BD30CC" w14:textId="5CB0437B" w:rsidR="00D437B9" w:rsidRPr="00A80337" w:rsidRDefault="00D437B9" w:rsidP="00105138">
      <w:pPr>
        <w:spacing w:line="240" w:lineRule="exact"/>
        <w:rPr>
          <w:rFonts w:ascii="ＭＳ 明朝" w:eastAsia="ＭＳ 明朝" w:hAnsi="ＭＳ 明朝" w:hint="eastAsia"/>
          <w:sz w:val="21"/>
          <w:szCs w:val="21"/>
          <w:lang w:eastAsia="ja-JP"/>
        </w:rPr>
      </w:pPr>
      <w:r w:rsidRPr="00A80337">
        <w:rPr>
          <w:rFonts w:ascii="ＭＳ 明朝" w:eastAsia="ＭＳ 明朝" w:hAnsi="ＭＳ 明朝" w:hint="eastAsia"/>
          <w:sz w:val="21"/>
          <w:szCs w:val="21"/>
          <w:lang w:eastAsia="ja-JP"/>
        </w:rPr>
        <w:t>※</w:t>
      </w:r>
      <w:r w:rsidR="00490CC5">
        <w:rPr>
          <w:rFonts w:ascii="ＭＳ 明朝" w:eastAsia="ＭＳ 明朝" w:hAnsi="ＭＳ 明朝" w:hint="eastAsia"/>
          <w:sz w:val="21"/>
          <w:szCs w:val="21"/>
          <w:lang w:eastAsia="ja-JP"/>
        </w:rPr>
        <w:t>可能な範囲で提案書（様式自由・A4縦横自由）を作成し添付してください。</w:t>
      </w:r>
    </w:p>
    <w:p w14:paraId="630316F9" w14:textId="4084B12B" w:rsidR="008B61A2" w:rsidRDefault="00441B77" w:rsidP="00441B77">
      <w:pPr>
        <w:pStyle w:val="1"/>
        <w:spacing w:line="240" w:lineRule="exact"/>
        <w:rPr>
          <w:color w:val="auto"/>
          <w:sz w:val="24"/>
          <w:szCs w:val="24"/>
          <w:lang w:eastAsia="ja-JP"/>
        </w:rPr>
      </w:pPr>
      <w:r>
        <w:rPr>
          <w:rFonts w:hint="eastAsia"/>
          <w:color w:val="auto"/>
          <w:sz w:val="24"/>
          <w:szCs w:val="24"/>
          <w:lang w:eastAsia="ja-JP"/>
        </w:rPr>
        <w:t xml:space="preserve">ア　</w:t>
      </w:r>
      <w:r w:rsidR="008D7AFA" w:rsidRPr="00441B77">
        <w:rPr>
          <w:color w:val="auto"/>
          <w:sz w:val="24"/>
          <w:szCs w:val="24"/>
          <w:lang w:eastAsia="ja-JP"/>
        </w:rPr>
        <w:t>民間</w:t>
      </w:r>
      <w:r w:rsidRPr="00441B77">
        <w:rPr>
          <w:rFonts w:hint="eastAsia"/>
          <w:color w:val="auto"/>
          <w:sz w:val="24"/>
          <w:szCs w:val="24"/>
          <w:lang w:eastAsia="ja-JP"/>
        </w:rPr>
        <w:t>の既存施設を活用して一般廃棄物を処理する場合</w:t>
      </w:r>
      <w:r w:rsidR="008D7AFA" w:rsidRPr="00900B1F">
        <w:rPr>
          <w:color w:val="auto"/>
          <w:sz w:val="24"/>
          <w:szCs w:val="24"/>
          <w:lang w:eastAsia="ja-JP"/>
        </w:rPr>
        <w:t>に関するアンケート</w:t>
      </w:r>
    </w:p>
    <w:p w14:paraId="6536A3D7" w14:textId="1778CAF6" w:rsidR="00441B77" w:rsidRPr="00441B77" w:rsidRDefault="00441B77" w:rsidP="00441B77">
      <w:pPr>
        <w:pStyle w:val="ae"/>
        <w:numPr>
          <w:ilvl w:val="0"/>
          <w:numId w:val="11"/>
        </w:numPr>
        <w:rPr>
          <w:lang w:eastAsia="ja-JP"/>
        </w:rPr>
      </w:pPr>
      <w:r>
        <w:rPr>
          <w:rFonts w:hint="eastAsia"/>
          <w:lang w:eastAsia="ja-JP"/>
        </w:rPr>
        <w:t>施設の概要について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8838"/>
      </w:tblGrid>
      <w:tr w:rsidR="008B61A2" w14:paraId="64C1345F" w14:textId="77777777" w:rsidTr="008B61A2">
        <w:tc>
          <w:tcPr>
            <w:tcW w:w="8838" w:type="dxa"/>
          </w:tcPr>
          <w:p w14:paraId="3BC26C2A" w14:textId="0D21190F" w:rsidR="008B61A2" w:rsidRDefault="008B61A2" w:rsidP="00105138">
            <w:pPr>
              <w:adjustRightInd w:val="0"/>
              <w:snapToGrid w:val="0"/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（回答）</w:t>
            </w:r>
          </w:p>
          <w:p w14:paraId="52A944F5" w14:textId="77777777" w:rsidR="008B61A2" w:rsidRDefault="008B61A2" w:rsidP="00105138">
            <w:pPr>
              <w:adjustRightInd w:val="0"/>
              <w:snapToGrid w:val="0"/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  <w:p w14:paraId="105D19D8" w14:textId="77777777" w:rsidR="008B61A2" w:rsidRDefault="008B61A2" w:rsidP="00105138">
            <w:pPr>
              <w:adjustRightInd w:val="0"/>
              <w:snapToGrid w:val="0"/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  <w:p w14:paraId="56BB2682" w14:textId="77777777" w:rsidR="008B61A2" w:rsidRDefault="008B61A2" w:rsidP="00105138">
            <w:pPr>
              <w:adjustRightInd w:val="0"/>
              <w:snapToGrid w:val="0"/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</w:tbl>
    <w:p w14:paraId="4B7CF3EC" w14:textId="3E98EAE3" w:rsidR="008B61A2" w:rsidRPr="00441B77" w:rsidRDefault="00441B77" w:rsidP="00441B77">
      <w:pPr>
        <w:pStyle w:val="ae"/>
        <w:numPr>
          <w:ilvl w:val="0"/>
          <w:numId w:val="11"/>
        </w:numPr>
        <w:spacing w:line="240" w:lineRule="exact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sz w:val="21"/>
          <w:szCs w:val="21"/>
          <w:lang w:eastAsia="ja-JP"/>
        </w:rPr>
        <w:t>受入可能な一般廃棄物の種類について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209"/>
        <w:gridCol w:w="2209"/>
        <w:gridCol w:w="2210"/>
        <w:gridCol w:w="2210"/>
      </w:tblGrid>
      <w:tr w:rsidR="00441B77" w14:paraId="5F34F912" w14:textId="77777777" w:rsidTr="00A658D4">
        <w:trPr>
          <w:jc w:val="center"/>
        </w:trPr>
        <w:tc>
          <w:tcPr>
            <w:tcW w:w="2209" w:type="dxa"/>
          </w:tcPr>
          <w:p w14:paraId="0510AAEA" w14:textId="6160664F" w:rsidR="00441B77" w:rsidRDefault="00A658D4" w:rsidP="00A658D4">
            <w:pPr>
              <w:spacing w:after="120"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ごみの種類</w:t>
            </w:r>
          </w:p>
        </w:tc>
        <w:tc>
          <w:tcPr>
            <w:tcW w:w="2209" w:type="dxa"/>
          </w:tcPr>
          <w:p w14:paraId="6B798B5A" w14:textId="6FB1355C" w:rsidR="00441B77" w:rsidRDefault="00A658D4" w:rsidP="00A658D4">
            <w:pPr>
              <w:spacing w:after="120"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受入可能量　ｔ/年</w:t>
            </w:r>
          </w:p>
        </w:tc>
        <w:tc>
          <w:tcPr>
            <w:tcW w:w="2210" w:type="dxa"/>
          </w:tcPr>
          <w:p w14:paraId="30E3EC50" w14:textId="47311364" w:rsidR="00441B77" w:rsidRDefault="00A658D4" w:rsidP="00A658D4">
            <w:pPr>
              <w:spacing w:after="120"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処理単価</w:t>
            </w:r>
            <w:r w:rsidR="00D06AAD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　円/ｔ</w:t>
            </w:r>
          </w:p>
        </w:tc>
        <w:tc>
          <w:tcPr>
            <w:tcW w:w="2210" w:type="dxa"/>
          </w:tcPr>
          <w:p w14:paraId="32ED9334" w14:textId="4550FB69" w:rsidR="00441B77" w:rsidRDefault="00A658D4" w:rsidP="00A658D4">
            <w:pPr>
              <w:spacing w:after="120"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その他受入条件</w:t>
            </w:r>
          </w:p>
        </w:tc>
      </w:tr>
      <w:tr w:rsidR="00441B77" w14:paraId="7EB8116B" w14:textId="77777777" w:rsidTr="00A658D4">
        <w:trPr>
          <w:jc w:val="center"/>
        </w:trPr>
        <w:tc>
          <w:tcPr>
            <w:tcW w:w="2209" w:type="dxa"/>
          </w:tcPr>
          <w:p w14:paraId="0E4416D0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2209" w:type="dxa"/>
          </w:tcPr>
          <w:p w14:paraId="652BD2EC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2210" w:type="dxa"/>
          </w:tcPr>
          <w:p w14:paraId="5D478BC3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2210" w:type="dxa"/>
          </w:tcPr>
          <w:p w14:paraId="1CC9A47D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441B77" w14:paraId="34E472E6" w14:textId="77777777" w:rsidTr="00A658D4">
        <w:trPr>
          <w:jc w:val="center"/>
        </w:trPr>
        <w:tc>
          <w:tcPr>
            <w:tcW w:w="2209" w:type="dxa"/>
          </w:tcPr>
          <w:p w14:paraId="7681370B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2209" w:type="dxa"/>
          </w:tcPr>
          <w:p w14:paraId="5629A6E4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2210" w:type="dxa"/>
          </w:tcPr>
          <w:p w14:paraId="16F46973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2210" w:type="dxa"/>
          </w:tcPr>
          <w:p w14:paraId="397E147B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  <w:tr w:rsidR="00441B77" w14:paraId="7C9B130E" w14:textId="77777777" w:rsidTr="00A658D4">
        <w:trPr>
          <w:jc w:val="center"/>
        </w:trPr>
        <w:tc>
          <w:tcPr>
            <w:tcW w:w="2209" w:type="dxa"/>
          </w:tcPr>
          <w:p w14:paraId="3B18AE95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2209" w:type="dxa"/>
          </w:tcPr>
          <w:p w14:paraId="3CEE597A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2210" w:type="dxa"/>
          </w:tcPr>
          <w:p w14:paraId="1EEB84E0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2210" w:type="dxa"/>
          </w:tcPr>
          <w:p w14:paraId="4C5539E6" w14:textId="77777777" w:rsidR="00441B77" w:rsidRDefault="00441B77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</w:tbl>
    <w:p w14:paraId="4327949B" w14:textId="211BBC28" w:rsidR="008B61A2" w:rsidRPr="00A658D4" w:rsidRDefault="00D06AAD" w:rsidP="00A658D4">
      <w:pPr>
        <w:pStyle w:val="ae"/>
        <w:numPr>
          <w:ilvl w:val="0"/>
          <w:numId w:val="11"/>
        </w:numPr>
        <w:spacing w:line="240" w:lineRule="exact"/>
        <w:rPr>
          <w:rFonts w:ascii="ＭＳ 明朝" w:eastAsia="ＭＳ 明朝" w:hAnsi="ＭＳ 明朝"/>
          <w:sz w:val="21"/>
          <w:szCs w:val="21"/>
          <w:lang w:eastAsia="ja-JP"/>
        </w:rPr>
      </w:pPr>
      <w:r w:rsidRPr="00D06AAD">
        <w:rPr>
          <w:rFonts w:ascii="ＭＳ 明朝" w:eastAsia="ＭＳ 明朝" w:hAnsi="ＭＳ 明朝"/>
          <w:sz w:val="21"/>
          <w:szCs w:val="21"/>
          <w:lang w:eastAsia="ja-JP"/>
        </w:rPr>
        <w:t>現時点で想定される課題や懸念事項、ご意見等があればご記載ください。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8838"/>
      </w:tblGrid>
      <w:tr w:rsidR="008B61A2" w14:paraId="7474E2A4" w14:textId="77777777" w:rsidTr="006D0E51">
        <w:tc>
          <w:tcPr>
            <w:tcW w:w="8838" w:type="dxa"/>
          </w:tcPr>
          <w:p w14:paraId="171568E1" w14:textId="77777777" w:rsidR="008B61A2" w:rsidRDefault="008B61A2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（回答）</w:t>
            </w:r>
          </w:p>
          <w:p w14:paraId="63792184" w14:textId="77777777" w:rsidR="008B61A2" w:rsidRDefault="008B61A2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  <w:p w14:paraId="39079F3E" w14:textId="77777777" w:rsidR="008B61A2" w:rsidRDefault="008B61A2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</w:tbl>
    <w:p w14:paraId="71F13C5F" w14:textId="16606A2A" w:rsidR="005B5F4A" w:rsidRDefault="005B5F4A" w:rsidP="00D06AAD">
      <w:pPr>
        <w:spacing w:after="120" w:line="240" w:lineRule="exact"/>
        <w:rPr>
          <w:sz w:val="24"/>
          <w:szCs w:val="24"/>
          <w:lang w:eastAsia="ja-JP"/>
        </w:rPr>
      </w:pPr>
    </w:p>
    <w:p w14:paraId="7AF210A0" w14:textId="56615DBB" w:rsidR="005B5F4A" w:rsidRPr="00A829EB" w:rsidRDefault="00A829EB" w:rsidP="00A829EB">
      <w:pPr>
        <w:spacing w:after="120" w:line="240" w:lineRule="exact"/>
        <w:rPr>
          <w:rFonts w:asciiTheme="majorEastAsia" w:eastAsiaTheme="majorEastAsia" w:hAnsiTheme="majorEastAsia"/>
          <w:sz w:val="21"/>
          <w:szCs w:val="21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イ</w:t>
      </w:r>
      <w:r w:rsidRPr="00A829EB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　</w:t>
      </w: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官民連携により新たに施設を整備する</w:t>
      </w:r>
      <w:r w:rsidRPr="00A829EB">
        <w:rPr>
          <w:rFonts w:asciiTheme="majorEastAsia" w:eastAsiaTheme="majorEastAsia" w:hAnsiTheme="majorEastAsia" w:hint="eastAsia"/>
          <w:sz w:val="24"/>
          <w:szCs w:val="24"/>
          <w:lang w:eastAsia="ja-JP"/>
        </w:rPr>
        <w:t>場合</w:t>
      </w:r>
      <w:r w:rsidRPr="00A829EB">
        <w:rPr>
          <w:rFonts w:asciiTheme="majorEastAsia" w:eastAsiaTheme="majorEastAsia" w:hAnsiTheme="majorEastAsia"/>
          <w:sz w:val="24"/>
          <w:szCs w:val="24"/>
          <w:lang w:eastAsia="ja-JP"/>
        </w:rPr>
        <w:t>に関するアンケート</w:t>
      </w:r>
    </w:p>
    <w:p w14:paraId="36D70AF0" w14:textId="05389369" w:rsidR="005B5F4A" w:rsidRPr="00A829EB" w:rsidRDefault="00A829EB" w:rsidP="00A829EB">
      <w:pPr>
        <w:pStyle w:val="ae"/>
        <w:numPr>
          <w:ilvl w:val="0"/>
          <w:numId w:val="12"/>
        </w:numPr>
        <w:spacing w:line="240" w:lineRule="exact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sz w:val="21"/>
          <w:szCs w:val="21"/>
          <w:lang w:eastAsia="ja-JP"/>
        </w:rPr>
        <w:t>事業スキームについて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8838"/>
      </w:tblGrid>
      <w:tr w:rsidR="005B5F4A" w14:paraId="763A54E0" w14:textId="77777777" w:rsidTr="006D0E51">
        <w:tc>
          <w:tcPr>
            <w:tcW w:w="8838" w:type="dxa"/>
          </w:tcPr>
          <w:p w14:paraId="2EB8CAB9" w14:textId="3BC108CD" w:rsidR="005B5F4A" w:rsidRDefault="005B5F4A" w:rsidP="00105138">
            <w:pPr>
              <w:spacing w:after="20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（回答）</w:t>
            </w:r>
            <w:r w:rsidR="0004663D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対応可能な方式に〇をつけてください。</w:t>
            </w:r>
          </w:p>
          <w:p w14:paraId="5C625D93" w14:textId="7872B2B6" w:rsidR="005B5F4A" w:rsidRDefault="00153DED" w:rsidP="00153DED">
            <w:pPr>
              <w:spacing w:after="20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民設民営　</w:t>
            </w:r>
            <w:r w:rsidR="00A829EB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公設民営</w:t>
            </w:r>
            <w:r w:rsidR="007D4D2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</w:t>
            </w:r>
            <w:r w:rsidR="00A829EB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DB+O方式　　</w:t>
            </w:r>
            <w:r w:rsidR="0004663D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DBO方式</w:t>
            </w:r>
            <w:r w:rsidR="007D4D2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）</w:t>
            </w:r>
            <w:r w:rsidR="0004663D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民設民営</w:t>
            </w:r>
            <w:r w:rsidR="007D4D2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</w:t>
            </w:r>
            <w:r w:rsidR="00FA1992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BTO方式　BOT方式　BOO方式</w:t>
            </w:r>
            <w:r w:rsidR="007D4D2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）</w:t>
            </w:r>
          </w:p>
          <w:p w14:paraId="5F2053C3" w14:textId="01E7C4FD" w:rsidR="00153DED" w:rsidRDefault="00153DED" w:rsidP="00153DED">
            <w:pPr>
              <w:spacing w:after="20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その他（　　　　　　　　　）</w:t>
            </w:r>
          </w:p>
        </w:tc>
      </w:tr>
    </w:tbl>
    <w:p w14:paraId="274B6DB8" w14:textId="2762947F" w:rsidR="005B5F4A" w:rsidRPr="00A829EB" w:rsidRDefault="00FA1992" w:rsidP="00A829EB">
      <w:pPr>
        <w:pStyle w:val="ae"/>
        <w:numPr>
          <w:ilvl w:val="0"/>
          <w:numId w:val="12"/>
        </w:numPr>
        <w:spacing w:line="240" w:lineRule="exact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sz w:val="21"/>
          <w:szCs w:val="21"/>
          <w:lang w:eastAsia="ja-JP"/>
        </w:rPr>
        <w:t>建設用地について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8838"/>
      </w:tblGrid>
      <w:tr w:rsidR="005B5F4A" w14:paraId="46DCFFBA" w14:textId="77777777" w:rsidTr="006D0E51">
        <w:tc>
          <w:tcPr>
            <w:tcW w:w="8838" w:type="dxa"/>
          </w:tcPr>
          <w:p w14:paraId="0D0E1778" w14:textId="74C15FEB" w:rsidR="005B5F4A" w:rsidRDefault="005B5F4A" w:rsidP="00105138">
            <w:pPr>
              <w:spacing w:after="20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（回答）</w:t>
            </w:r>
            <w:r w:rsidR="00FA1992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対応可能な方法に〇をつけてください。</w:t>
            </w:r>
          </w:p>
          <w:p w14:paraId="382036A4" w14:textId="444B054A" w:rsidR="00153DED" w:rsidRDefault="00FA1992" w:rsidP="00153DED">
            <w:pPr>
              <w:spacing w:after="20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市有地に建設　新たに施設用地を取得</w:t>
            </w:r>
            <w:r w:rsidR="00153DED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　その他（　　　　　）</w:t>
            </w:r>
          </w:p>
        </w:tc>
      </w:tr>
    </w:tbl>
    <w:p w14:paraId="4D588B46" w14:textId="77777777" w:rsidR="005B5F4A" w:rsidRDefault="005B5F4A" w:rsidP="00105138">
      <w:pPr>
        <w:spacing w:line="240" w:lineRule="exact"/>
        <w:rPr>
          <w:lang w:eastAsia="ja-JP"/>
        </w:rPr>
        <w:sectPr w:rsidR="005B5F4A" w:rsidSect="00034616">
          <w:headerReference w:type="default" r:id="rId8"/>
          <w:footerReference w:type="default" r:id="rId9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149D3140" w14:textId="67F7BB16" w:rsidR="005B5F4A" w:rsidRPr="00544169" w:rsidRDefault="007D1D09" w:rsidP="00544169">
      <w:pPr>
        <w:pStyle w:val="ae"/>
        <w:numPr>
          <w:ilvl w:val="0"/>
          <w:numId w:val="12"/>
        </w:numPr>
        <w:spacing w:line="240" w:lineRule="exact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sz w:val="21"/>
          <w:szCs w:val="21"/>
          <w:lang w:eastAsia="ja-JP"/>
        </w:rPr>
        <w:lastRenderedPageBreak/>
        <w:t>新設する施設の規模及び設備について</w:t>
      </w:r>
    </w:p>
    <w:tbl>
      <w:tblPr>
        <w:tblStyle w:val="afe"/>
        <w:tblW w:w="0" w:type="auto"/>
        <w:tblInd w:w="-34" w:type="dxa"/>
        <w:tblLook w:val="04A0" w:firstRow="1" w:lastRow="0" w:firstColumn="1" w:lastColumn="0" w:noHBand="0" w:noVBand="1"/>
      </w:tblPr>
      <w:tblGrid>
        <w:gridCol w:w="8881"/>
      </w:tblGrid>
      <w:tr w:rsidR="005B5F4A" w14:paraId="1057D543" w14:textId="77777777" w:rsidTr="007D1D09">
        <w:tc>
          <w:tcPr>
            <w:tcW w:w="8881" w:type="dxa"/>
          </w:tcPr>
          <w:p w14:paraId="7E8FDBE2" w14:textId="4ADC1E5F" w:rsidR="005B5F4A" w:rsidRDefault="00544169" w:rsidP="00105138">
            <w:pPr>
              <w:spacing w:after="20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　</w:t>
            </w:r>
            <w:r w:rsidR="005B5F4A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（回答）</w:t>
            </w:r>
          </w:p>
          <w:p w14:paraId="6AAC2486" w14:textId="5EBECE29" w:rsidR="005B5F4A" w:rsidRDefault="007D1D09" w:rsidP="00105138">
            <w:pPr>
              <w:spacing w:after="20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構造：　　　　階層：　　階　延床面積：　　　㎡　建築面積　　　㎡</w:t>
            </w:r>
          </w:p>
          <w:p w14:paraId="690217CC" w14:textId="1606E61A" w:rsidR="005B5F4A" w:rsidRDefault="007D1D09" w:rsidP="00105138">
            <w:pPr>
              <w:spacing w:after="20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主な設備：</w:t>
            </w:r>
          </w:p>
        </w:tc>
      </w:tr>
    </w:tbl>
    <w:p w14:paraId="7DE6DAAD" w14:textId="14C35AA0" w:rsidR="005B5F4A" w:rsidRPr="007D1D09" w:rsidRDefault="007D1D09" w:rsidP="00105138">
      <w:pPr>
        <w:pStyle w:val="ae"/>
        <w:numPr>
          <w:ilvl w:val="0"/>
          <w:numId w:val="12"/>
        </w:numPr>
        <w:spacing w:line="240" w:lineRule="exact"/>
        <w:rPr>
          <w:lang w:eastAsia="ja-JP"/>
        </w:rPr>
      </w:pPr>
      <w:r>
        <w:rPr>
          <w:rFonts w:hint="eastAsia"/>
          <w:lang w:eastAsia="ja-JP"/>
        </w:rPr>
        <w:t>事業費について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8838"/>
      </w:tblGrid>
      <w:tr w:rsidR="005B5F4A" w:rsidRPr="00105138" w14:paraId="0138DF9A" w14:textId="77777777" w:rsidTr="006D0E51">
        <w:tc>
          <w:tcPr>
            <w:tcW w:w="8838" w:type="dxa"/>
          </w:tcPr>
          <w:p w14:paraId="58161CC5" w14:textId="77777777" w:rsidR="005B5F4A" w:rsidRPr="00105138" w:rsidRDefault="005B5F4A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0513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（回答）</w:t>
            </w:r>
          </w:p>
          <w:p w14:paraId="635A955E" w14:textId="17200DBF" w:rsidR="005B5F4A" w:rsidRPr="00105138" w:rsidRDefault="007D1D09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イニシャルコスト：工事費　　　　千円　委託費：　　　千円　その他：　　　千円</w:t>
            </w:r>
          </w:p>
          <w:p w14:paraId="0604CCFE" w14:textId="1E5E3DA7" w:rsidR="005B5F4A" w:rsidRPr="00105138" w:rsidRDefault="007D1D09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ランニングコスト：運営費　　　千円</w:t>
            </w:r>
            <w:r w:rsidR="0051588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/年</w:t>
            </w: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　施設費：　　千円</w:t>
            </w:r>
            <w:r w:rsidR="0051588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/年</w:t>
            </w: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 xml:space="preserve">　その他：　　千円</w:t>
            </w:r>
            <w:r w:rsidR="00515887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/年</w:t>
            </w:r>
          </w:p>
        </w:tc>
      </w:tr>
    </w:tbl>
    <w:p w14:paraId="237845AF" w14:textId="41ABE66A" w:rsidR="005B5F4A" w:rsidRPr="00105138" w:rsidRDefault="007D1D09" w:rsidP="00105138">
      <w:pPr>
        <w:spacing w:line="240" w:lineRule="exact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※物価変動は考えずに現在の金額で記入してください。</w:t>
      </w:r>
    </w:p>
    <w:p w14:paraId="771F0289" w14:textId="4E29D0B1" w:rsidR="005B5F4A" w:rsidRPr="00105138" w:rsidRDefault="007D1D09" w:rsidP="00105138">
      <w:pPr>
        <w:spacing w:line="240" w:lineRule="exact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⑤　</w:t>
      </w:r>
      <w:r w:rsidR="003D57E3">
        <w:rPr>
          <w:rFonts w:ascii="ＭＳ 明朝" w:eastAsia="ＭＳ 明朝" w:hAnsi="ＭＳ 明朝" w:hint="eastAsia"/>
          <w:lang w:eastAsia="ja-JP"/>
        </w:rPr>
        <w:t>新しい施設での処理対象物について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2226"/>
        <w:gridCol w:w="2551"/>
        <w:gridCol w:w="2108"/>
        <w:gridCol w:w="1953"/>
      </w:tblGrid>
      <w:tr w:rsidR="003D57E3" w14:paraId="6A8076F1" w14:textId="271FE664" w:rsidTr="003D57E3">
        <w:tc>
          <w:tcPr>
            <w:tcW w:w="2226" w:type="dxa"/>
          </w:tcPr>
          <w:p w14:paraId="05F6980B" w14:textId="58233240" w:rsidR="003D57E3" w:rsidRDefault="003D57E3" w:rsidP="003D57E3">
            <w:pPr>
              <w:spacing w:line="240" w:lineRule="exact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ごみの種類</w:t>
            </w:r>
          </w:p>
        </w:tc>
        <w:tc>
          <w:tcPr>
            <w:tcW w:w="2551" w:type="dxa"/>
          </w:tcPr>
          <w:p w14:paraId="603398F7" w14:textId="66AC56F0" w:rsidR="003D57E3" w:rsidRDefault="003D57E3" w:rsidP="003D57E3">
            <w:pPr>
              <w:spacing w:line="240" w:lineRule="exact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受入可能量　ｔ</w:t>
            </w:r>
            <w:r>
              <w:rPr>
                <w:rFonts w:hint="eastAsia"/>
                <w:lang w:eastAsia="ja-JP"/>
              </w:rPr>
              <w:t>/</w:t>
            </w:r>
            <w:r>
              <w:rPr>
                <w:rFonts w:hint="eastAsia"/>
                <w:lang w:eastAsia="ja-JP"/>
              </w:rPr>
              <w:t>年</w:t>
            </w:r>
          </w:p>
        </w:tc>
        <w:tc>
          <w:tcPr>
            <w:tcW w:w="2108" w:type="dxa"/>
          </w:tcPr>
          <w:p w14:paraId="368013B2" w14:textId="0938635D" w:rsidR="003D57E3" w:rsidRDefault="003D57E3" w:rsidP="003D57E3">
            <w:pPr>
              <w:spacing w:line="240" w:lineRule="exact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処理方法</w:t>
            </w:r>
          </w:p>
        </w:tc>
        <w:tc>
          <w:tcPr>
            <w:tcW w:w="1953" w:type="dxa"/>
          </w:tcPr>
          <w:p w14:paraId="0DD65ACE" w14:textId="259FBB99" w:rsidR="003D57E3" w:rsidRDefault="003D57E3" w:rsidP="003D57E3">
            <w:pPr>
              <w:spacing w:line="240" w:lineRule="exact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その他</w:t>
            </w:r>
          </w:p>
        </w:tc>
      </w:tr>
      <w:tr w:rsidR="003D57E3" w14:paraId="0B069C83" w14:textId="61AA6BEC" w:rsidTr="003D57E3">
        <w:tc>
          <w:tcPr>
            <w:tcW w:w="2226" w:type="dxa"/>
          </w:tcPr>
          <w:p w14:paraId="5D5FEF3D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551" w:type="dxa"/>
          </w:tcPr>
          <w:p w14:paraId="4469E262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108" w:type="dxa"/>
          </w:tcPr>
          <w:p w14:paraId="2D1EA0AB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1953" w:type="dxa"/>
          </w:tcPr>
          <w:p w14:paraId="61FB21E3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</w:tr>
      <w:tr w:rsidR="003D57E3" w14:paraId="73C69514" w14:textId="5EEDD4C2" w:rsidTr="003D57E3">
        <w:tc>
          <w:tcPr>
            <w:tcW w:w="2226" w:type="dxa"/>
          </w:tcPr>
          <w:p w14:paraId="17AEFFA5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551" w:type="dxa"/>
          </w:tcPr>
          <w:p w14:paraId="2F921D4E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108" w:type="dxa"/>
          </w:tcPr>
          <w:p w14:paraId="137B144D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1953" w:type="dxa"/>
          </w:tcPr>
          <w:p w14:paraId="6507FB54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</w:tr>
      <w:tr w:rsidR="003D57E3" w14:paraId="7BF5AD68" w14:textId="18E06D5C" w:rsidTr="003D57E3">
        <w:tc>
          <w:tcPr>
            <w:tcW w:w="2226" w:type="dxa"/>
          </w:tcPr>
          <w:p w14:paraId="24520891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551" w:type="dxa"/>
          </w:tcPr>
          <w:p w14:paraId="7A1F7684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108" w:type="dxa"/>
          </w:tcPr>
          <w:p w14:paraId="2412AFF9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1953" w:type="dxa"/>
          </w:tcPr>
          <w:p w14:paraId="74D0100D" w14:textId="77777777" w:rsidR="003D57E3" w:rsidRDefault="003D57E3" w:rsidP="00105138">
            <w:pPr>
              <w:spacing w:line="240" w:lineRule="exact"/>
              <w:rPr>
                <w:lang w:eastAsia="ja-JP"/>
              </w:rPr>
            </w:pPr>
          </w:p>
        </w:tc>
      </w:tr>
    </w:tbl>
    <w:p w14:paraId="7C008389" w14:textId="703334EB" w:rsidR="00141C80" w:rsidRDefault="00141C80" w:rsidP="003D57E3">
      <w:pPr>
        <w:pStyle w:val="ae"/>
        <w:numPr>
          <w:ilvl w:val="0"/>
          <w:numId w:val="13"/>
        </w:numPr>
        <w:spacing w:line="240" w:lineRule="exact"/>
        <w:rPr>
          <w:lang w:eastAsia="ja-JP"/>
        </w:rPr>
      </w:pPr>
      <w:r>
        <w:rPr>
          <w:rFonts w:hint="eastAsia"/>
          <w:lang w:eastAsia="ja-JP"/>
        </w:rPr>
        <w:t>外部施設</w:t>
      </w:r>
      <w:r w:rsidR="00B24632">
        <w:rPr>
          <w:rFonts w:hint="eastAsia"/>
          <w:lang w:eastAsia="ja-JP"/>
        </w:rPr>
        <w:t>での処理対象物</w:t>
      </w:r>
      <w:r>
        <w:rPr>
          <w:rFonts w:hint="eastAsia"/>
          <w:lang w:eastAsia="ja-JP"/>
        </w:rPr>
        <w:t>について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2226"/>
        <w:gridCol w:w="2551"/>
        <w:gridCol w:w="2108"/>
        <w:gridCol w:w="1953"/>
      </w:tblGrid>
      <w:tr w:rsidR="00141C80" w14:paraId="6355F538" w14:textId="77777777" w:rsidTr="00257A76">
        <w:tc>
          <w:tcPr>
            <w:tcW w:w="2226" w:type="dxa"/>
          </w:tcPr>
          <w:p w14:paraId="40F220DE" w14:textId="77777777" w:rsidR="00141C80" w:rsidRDefault="00141C80" w:rsidP="00257A76">
            <w:pPr>
              <w:spacing w:line="240" w:lineRule="exact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ごみの種類</w:t>
            </w:r>
          </w:p>
        </w:tc>
        <w:tc>
          <w:tcPr>
            <w:tcW w:w="2551" w:type="dxa"/>
          </w:tcPr>
          <w:p w14:paraId="23E3BBF1" w14:textId="77777777" w:rsidR="00141C80" w:rsidRDefault="00141C80" w:rsidP="00257A76">
            <w:pPr>
              <w:spacing w:line="240" w:lineRule="exact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受入可能量　ｔ</w:t>
            </w:r>
            <w:r>
              <w:rPr>
                <w:rFonts w:hint="eastAsia"/>
                <w:lang w:eastAsia="ja-JP"/>
              </w:rPr>
              <w:t>/</w:t>
            </w:r>
            <w:r>
              <w:rPr>
                <w:rFonts w:hint="eastAsia"/>
                <w:lang w:eastAsia="ja-JP"/>
              </w:rPr>
              <w:t>年</w:t>
            </w:r>
          </w:p>
        </w:tc>
        <w:tc>
          <w:tcPr>
            <w:tcW w:w="2108" w:type="dxa"/>
          </w:tcPr>
          <w:p w14:paraId="72ADD77A" w14:textId="77777777" w:rsidR="00141C80" w:rsidRDefault="00141C80" w:rsidP="00257A76">
            <w:pPr>
              <w:spacing w:line="240" w:lineRule="exact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処理方法</w:t>
            </w:r>
          </w:p>
        </w:tc>
        <w:tc>
          <w:tcPr>
            <w:tcW w:w="1953" w:type="dxa"/>
          </w:tcPr>
          <w:p w14:paraId="123055BD" w14:textId="77777777" w:rsidR="00141C80" w:rsidRDefault="00141C80" w:rsidP="00257A76">
            <w:pPr>
              <w:spacing w:line="240" w:lineRule="exact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その他</w:t>
            </w:r>
          </w:p>
        </w:tc>
      </w:tr>
      <w:tr w:rsidR="00141C80" w14:paraId="7FCA30B4" w14:textId="77777777" w:rsidTr="00257A76">
        <w:tc>
          <w:tcPr>
            <w:tcW w:w="2226" w:type="dxa"/>
          </w:tcPr>
          <w:p w14:paraId="73AD6312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551" w:type="dxa"/>
          </w:tcPr>
          <w:p w14:paraId="5DBEA1CC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108" w:type="dxa"/>
          </w:tcPr>
          <w:p w14:paraId="7551FD7A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1953" w:type="dxa"/>
          </w:tcPr>
          <w:p w14:paraId="65762083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</w:tr>
      <w:tr w:rsidR="00141C80" w14:paraId="026AFBAE" w14:textId="77777777" w:rsidTr="00257A76">
        <w:tc>
          <w:tcPr>
            <w:tcW w:w="2226" w:type="dxa"/>
          </w:tcPr>
          <w:p w14:paraId="0ABB77E8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551" w:type="dxa"/>
          </w:tcPr>
          <w:p w14:paraId="54F3C557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108" w:type="dxa"/>
          </w:tcPr>
          <w:p w14:paraId="26E66E14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1953" w:type="dxa"/>
          </w:tcPr>
          <w:p w14:paraId="7119B613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</w:tr>
      <w:tr w:rsidR="00141C80" w14:paraId="76037AB9" w14:textId="77777777" w:rsidTr="00257A76">
        <w:tc>
          <w:tcPr>
            <w:tcW w:w="2226" w:type="dxa"/>
          </w:tcPr>
          <w:p w14:paraId="5D45F097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551" w:type="dxa"/>
          </w:tcPr>
          <w:p w14:paraId="5F2BBB67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2108" w:type="dxa"/>
          </w:tcPr>
          <w:p w14:paraId="2BC15A80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  <w:tc>
          <w:tcPr>
            <w:tcW w:w="1953" w:type="dxa"/>
          </w:tcPr>
          <w:p w14:paraId="33B9B28C" w14:textId="77777777" w:rsidR="00141C80" w:rsidRDefault="00141C80" w:rsidP="00257A76">
            <w:pPr>
              <w:spacing w:line="240" w:lineRule="exact"/>
              <w:rPr>
                <w:lang w:eastAsia="ja-JP"/>
              </w:rPr>
            </w:pPr>
          </w:p>
        </w:tc>
      </w:tr>
    </w:tbl>
    <w:p w14:paraId="0431A4C7" w14:textId="64466794" w:rsidR="005B5F4A" w:rsidRDefault="003D57E3" w:rsidP="003D57E3">
      <w:pPr>
        <w:pStyle w:val="ae"/>
        <w:numPr>
          <w:ilvl w:val="0"/>
          <w:numId w:val="13"/>
        </w:numPr>
        <w:spacing w:line="240" w:lineRule="exact"/>
        <w:rPr>
          <w:lang w:eastAsia="ja-JP"/>
        </w:rPr>
      </w:pPr>
      <w:r>
        <w:rPr>
          <w:rFonts w:hint="eastAsia"/>
          <w:lang w:eastAsia="ja-JP"/>
        </w:rPr>
        <w:t>新しい施設の特徴について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8838"/>
      </w:tblGrid>
      <w:tr w:rsidR="003D57E3" w:rsidRPr="00105138" w14:paraId="069BA411" w14:textId="77777777" w:rsidTr="00FB0DA8">
        <w:tc>
          <w:tcPr>
            <w:tcW w:w="8838" w:type="dxa"/>
          </w:tcPr>
          <w:p w14:paraId="1336BA3C" w14:textId="77777777" w:rsidR="003D57E3" w:rsidRPr="00105138" w:rsidRDefault="003D57E3" w:rsidP="00FB0DA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 w:rsidRPr="0010513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（回答）</w:t>
            </w:r>
          </w:p>
          <w:p w14:paraId="4B293B26" w14:textId="77777777" w:rsidR="003D57E3" w:rsidRDefault="003D57E3" w:rsidP="00FB0DA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  <w:p w14:paraId="6FAACD87" w14:textId="1D671531" w:rsidR="003D57E3" w:rsidRPr="00105138" w:rsidRDefault="003D57E3" w:rsidP="00FB0DA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</w:tbl>
    <w:p w14:paraId="5E396647" w14:textId="3E9A125C" w:rsidR="005B5F4A" w:rsidRPr="00110DB6" w:rsidRDefault="00110DB6" w:rsidP="00110DB6">
      <w:pPr>
        <w:pStyle w:val="ae"/>
        <w:numPr>
          <w:ilvl w:val="0"/>
          <w:numId w:val="13"/>
        </w:numPr>
        <w:spacing w:line="240" w:lineRule="exact"/>
        <w:rPr>
          <w:rFonts w:ascii="ＭＳ 明朝" w:eastAsia="ＭＳ 明朝" w:hAnsi="ＭＳ 明朝"/>
          <w:lang w:eastAsia="ja-JP"/>
        </w:rPr>
      </w:pPr>
      <w:r w:rsidRPr="00110DB6">
        <w:rPr>
          <w:rFonts w:ascii="ＭＳ 明朝" w:eastAsia="ＭＳ 明朝" w:hAnsi="ＭＳ 明朝" w:hint="eastAsia"/>
          <w:lang w:eastAsia="ja-JP"/>
        </w:rPr>
        <w:t>事業スケジュールについて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8838"/>
      </w:tblGrid>
      <w:tr w:rsidR="005B5F4A" w14:paraId="314925BC" w14:textId="77777777" w:rsidTr="006D0E51">
        <w:tc>
          <w:tcPr>
            <w:tcW w:w="8838" w:type="dxa"/>
          </w:tcPr>
          <w:p w14:paraId="50EDBF61" w14:textId="77777777" w:rsidR="005B5F4A" w:rsidRDefault="005B5F4A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（回答）</w:t>
            </w:r>
          </w:p>
          <w:p w14:paraId="4BD3C481" w14:textId="77777777" w:rsidR="005B5F4A" w:rsidRDefault="005B5F4A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  <w:p w14:paraId="162661A8" w14:textId="77777777" w:rsidR="005B5F4A" w:rsidRDefault="005B5F4A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  <w:p w14:paraId="597D26DF" w14:textId="77777777" w:rsidR="005B5F4A" w:rsidRDefault="005B5F4A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</w:tbl>
    <w:p w14:paraId="48F8BBDA" w14:textId="75BF2442" w:rsidR="004B212F" w:rsidRDefault="004B212F" w:rsidP="00105138">
      <w:pPr>
        <w:spacing w:line="240" w:lineRule="exact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※新しい施設を令和</w:t>
      </w:r>
      <w:r w:rsidR="00490CC5">
        <w:rPr>
          <w:rFonts w:ascii="ＭＳ 明朝" w:eastAsia="ＭＳ 明朝" w:hAnsi="ＭＳ 明朝" w:hint="eastAsia"/>
          <w:lang w:eastAsia="ja-JP"/>
        </w:rPr>
        <w:t>16</w:t>
      </w:r>
      <w:r>
        <w:rPr>
          <w:rFonts w:ascii="ＭＳ 明朝" w:eastAsia="ＭＳ 明朝" w:hAnsi="ＭＳ 明朝" w:hint="eastAsia"/>
          <w:lang w:eastAsia="ja-JP"/>
        </w:rPr>
        <w:t>年度までに整備し令和</w:t>
      </w:r>
      <w:r w:rsidR="00490CC5">
        <w:rPr>
          <w:rFonts w:ascii="ＭＳ 明朝" w:eastAsia="ＭＳ 明朝" w:hAnsi="ＭＳ 明朝" w:hint="eastAsia"/>
          <w:lang w:eastAsia="ja-JP"/>
        </w:rPr>
        <w:t>17</w:t>
      </w:r>
      <w:r>
        <w:rPr>
          <w:rFonts w:ascii="ＭＳ 明朝" w:eastAsia="ＭＳ 明朝" w:hAnsi="ＭＳ 明朝" w:hint="eastAsia"/>
          <w:lang w:eastAsia="ja-JP"/>
        </w:rPr>
        <w:t>年度から稼働予定</w:t>
      </w:r>
    </w:p>
    <w:tbl>
      <w:tblPr>
        <w:tblStyle w:val="afe"/>
        <w:tblW w:w="0" w:type="auto"/>
        <w:tblInd w:w="9" w:type="dxa"/>
        <w:tblLook w:val="04A0" w:firstRow="1" w:lastRow="0" w:firstColumn="1" w:lastColumn="0" w:noHBand="0" w:noVBand="1"/>
      </w:tblPr>
      <w:tblGrid>
        <w:gridCol w:w="8838"/>
      </w:tblGrid>
      <w:tr w:rsidR="005B5F4A" w:rsidRPr="00105138" w14:paraId="67A0FC5B" w14:textId="77777777" w:rsidTr="006D0E51">
        <w:tc>
          <w:tcPr>
            <w:tcW w:w="8838" w:type="dxa"/>
          </w:tcPr>
          <w:p w14:paraId="38348AEF" w14:textId="0BC85E3F" w:rsidR="005B5F4A" w:rsidRPr="00105138" w:rsidRDefault="00797351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⑨</w:t>
            </w:r>
            <w:r w:rsidR="004B212F" w:rsidRPr="004B212F">
              <w:rPr>
                <w:rFonts w:ascii="ＭＳ 明朝" w:eastAsia="ＭＳ 明朝" w:hAnsi="ＭＳ 明朝"/>
                <w:lang w:eastAsia="ja-JP"/>
              </w:rPr>
              <w:t>現時点での課題や懸念事項があればご記載ください。また、本市に対して期待することがあれば併せてご記載ください。</w:t>
            </w:r>
            <w:r w:rsidR="005B5F4A" w:rsidRPr="00105138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（回答）</w:t>
            </w:r>
          </w:p>
          <w:p w14:paraId="52C2D31B" w14:textId="77777777" w:rsidR="005B5F4A" w:rsidRPr="00105138" w:rsidRDefault="005B5F4A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  <w:p w14:paraId="17299C4F" w14:textId="77777777" w:rsidR="005B5F4A" w:rsidRPr="00105138" w:rsidRDefault="005B5F4A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  <w:p w14:paraId="325E52F3" w14:textId="77777777" w:rsidR="005B5F4A" w:rsidRPr="00105138" w:rsidRDefault="005B5F4A" w:rsidP="00105138">
            <w:pPr>
              <w:spacing w:after="120" w:line="240" w:lineRule="exact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</w:tr>
    </w:tbl>
    <w:p w14:paraId="3A010744" w14:textId="565B4E0D" w:rsidR="005B5F4A" w:rsidRPr="005B5F4A" w:rsidRDefault="005B5F4A" w:rsidP="00141C80">
      <w:pPr>
        <w:pStyle w:val="21"/>
        <w:spacing w:line="240" w:lineRule="exact"/>
        <w:rPr>
          <w:rFonts w:ascii="ＭＳ 明朝" w:eastAsia="ＭＳ 明朝" w:hAnsi="ＭＳ 明朝"/>
          <w:sz w:val="21"/>
          <w:szCs w:val="21"/>
          <w:lang w:eastAsia="ja-JP"/>
        </w:rPr>
      </w:pPr>
    </w:p>
    <w:sectPr w:rsidR="005B5F4A" w:rsidRPr="005B5F4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569C3" w14:textId="77777777" w:rsidR="008D5BD5" w:rsidRDefault="008D5BD5" w:rsidP="00D437B9">
      <w:pPr>
        <w:spacing w:after="0" w:line="240" w:lineRule="auto"/>
      </w:pPr>
      <w:r>
        <w:separator/>
      </w:r>
    </w:p>
  </w:endnote>
  <w:endnote w:type="continuationSeparator" w:id="0">
    <w:p w14:paraId="742D7C63" w14:textId="77777777" w:rsidR="008D5BD5" w:rsidRDefault="008D5BD5" w:rsidP="00D43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5583512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  <w:sz w:val="20"/>
        <w:szCs w:val="20"/>
      </w:rPr>
    </w:sdtEndPr>
    <w:sdtContent>
      <w:p w14:paraId="2B9C864F" w14:textId="73884CF5" w:rsidR="008D7AFA" w:rsidRPr="0021235D" w:rsidRDefault="008D7AFA" w:rsidP="008D7AFA">
        <w:pPr>
          <w:pStyle w:val="a7"/>
          <w:jc w:val="center"/>
          <w:rPr>
            <w:rFonts w:ascii="ＭＳ 明朝" w:eastAsia="ＭＳ 明朝" w:hAnsi="ＭＳ 明朝"/>
            <w:sz w:val="20"/>
            <w:szCs w:val="20"/>
          </w:rPr>
        </w:pPr>
        <w:r w:rsidRPr="0021235D">
          <w:rPr>
            <w:rFonts w:ascii="ＭＳ 明朝" w:eastAsia="ＭＳ 明朝" w:hAnsi="ＭＳ 明朝"/>
            <w:sz w:val="20"/>
            <w:szCs w:val="20"/>
          </w:rPr>
          <w:fldChar w:fldCharType="begin"/>
        </w:r>
        <w:r w:rsidRPr="0021235D">
          <w:rPr>
            <w:rFonts w:ascii="ＭＳ 明朝" w:eastAsia="ＭＳ 明朝" w:hAnsi="ＭＳ 明朝"/>
            <w:sz w:val="20"/>
            <w:szCs w:val="20"/>
          </w:rPr>
          <w:instrText>PAGE   \* MERGEFORMAT</w:instrText>
        </w:r>
        <w:r w:rsidRPr="0021235D">
          <w:rPr>
            <w:rFonts w:ascii="ＭＳ 明朝" w:eastAsia="ＭＳ 明朝" w:hAnsi="ＭＳ 明朝"/>
            <w:sz w:val="20"/>
            <w:szCs w:val="20"/>
          </w:rPr>
          <w:fldChar w:fldCharType="separate"/>
        </w:r>
        <w:r w:rsidR="00721192" w:rsidRPr="00721192">
          <w:rPr>
            <w:rFonts w:ascii="ＭＳ 明朝" w:eastAsia="ＭＳ 明朝" w:hAnsi="ＭＳ 明朝"/>
            <w:noProof/>
            <w:sz w:val="20"/>
            <w:szCs w:val="20"/>
            <w:lang w:val="ja-JP" w:eastAsia="ja-JP"/>
          </w:rPr>
          <w:t>7</w:t>
        </w:r>
        <w:r w:rsidRPr="0021235D">
          <w:rPr>
            <w:rFonts w:ascii="ＭＳ 明朝" w:eastAsia="ＭＳ 明朝" w:hAnsi="ＭＳ 明朝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19DAE" w14:textId="77777777" w:rsidR="008D5BD5" w:rsidRDefault="008D5BD5" w:rsidP="00D437B9">
      <w:pPr>
        <w:spacing w:after="0" w:line="240" w:lineRule="auto"/>
      </w:pPr>
      <w:r>
        <w:separator/>
      </w:r>
    </w:p>
  </w:footnote>
  <w:footnote w:type="continuationSeparator" w:id="0">
    <w:p w14:paraId="798E3D59" w14:textId="77777777" w:rsidR="008D5BD5" w:rsidRDefault="008D5BD5" w:rsidP="00D43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BEA79" w14:textId="5FEF784E" w:rsidR="00D437B9" w:rsidRPr="000000B7" w:rsidRDefault="000442BA" w:rsidP="00D06AAD">
    <w:pPr>
      <w:pStyle w:val="a5"/>
      <w:ind w:right="220"/>
      <w:jc w:val="right"/>
      <w:rPr>
        <w:rFonts w:ascii="ＭＳ Ｐゴシック" w:eastAsia="ＭＳ Ｐゴシック" w:hAnsi="ＭＳ Ｐゴシック"/>
        <w:lang w:eastAsia="ja-JP"/>
      </w:rPr>
    </w:pPr>
    <w:bookmarkStart w:id="0" w:name="_Hlk202551077"/>
    <w:r>
      <w:rPr>
        <w:rFonts w:ascii="ＭＳ Ｐゴシック" w:eastAsia="ＭＳ Ｐゴシック" w:hAnsi="ＭＳ Ｐゴシック" w:hint="eastAsia"/>
        <w:lang w:eastAsia="ja-JP"/>
      </w:rPr>
      <w:t>様式3</w:t>
    </w:r>
  </w:p>
  <w:bookmarkEnd w:id="0"/>
  <w:p w14:paraId="141545C7" w14:textId="77777777" w:rsidR="00D437B9" w:rsidRDefault="00D437B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276A4A"/>
    <w:multiLevelType w:val="hybridMultilevel"/>
    <w:tmpl w:val="CEC01042"/>
    <w:lvl w:ilvl="0" w:tplc="705AC4F6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1" w:hanging="440"/>
      </w:pPr>
    </w:lvl>
    <w:lvl w:ilvl="3" w:tplc="0409000F" w:tentative="1">
      <w:start w:val="1"/>
      <w:numFmt w:val="decimal"/>
      <w:lvlText w:val="%4."/>
      <w:lvlJc w:val="left"/>
      <w:pPr>
        <w:ind w:left="2001" w:hanging="440"/>
      </w:pPr>
    </w:lvl>
    <w:lvl w:ilvl="4" w:tplc="04090017" w:tentative="1">
      <w:start w:val="1"/>
      <w:numFmt w:val="aiueoFullWidth"/>
      <w:lvlText w:val="(%5)"/>
      <w:lvlJc w:val="left"/>
      <w:pPr>
        <w:ind w:left="24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1" w:hanging="440"/>
      </w:pPr>
    </w:lvl>
    <w:lvl w:ilvl="6" w:tplc="0409000F" w:tentative="1">
      <w:start w:val="1"/>
      <w:numFmt w:val="decimal"/>
      <w:lvlText w:val="%7."/>
      <w:lvlJc w:val="left"/>
      <w:pPr>
        <w:ind w:left="3321" w:hanging="440"/>
      </w:pPr>
    </w:lvl>
    <w:lvl w:ilvl="7" w:tplc="04090017" w:tentative="1">
      <w:start w:val="1"/>
      <w:numFmt w:val="aiueoFullWidth"/>
      <w:lvlText w:val="(%8)"/>
      <w:lvlJc w:val="left"/>
      <w:pPr>
        <w:ind w:left="37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1" w:hanging="440"/>
      </w:pPr>
    </w:lvl>
  </w:abstractNum>
  <w:abstractNum w:abstractNumId="10" w15:restartNumberingAfterBreak="0">
    <w:nsid w:val="15064D3E"/>
    <w:multiLevelType w:val="hybridMultilevel"/>
    <w:tmpl w:val="46FEE0F6"/>
    <w:lvl w:ilvl="0" w:tplc="C50E5A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604182B"/>
    <w:multiLevelType w:val="hybridMultilevel"/>
    <w:tmpl w:val="F30EF75E"/>
    <w:lvl w:ilvl="0" w:tplc="C50E5A28">
      <w:start w:val="6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05E14E4"/>
    <w:multiLevelType w:val="hybridMultilevel"/>
    <w:tmpl w:val="05280C46"/>
    <w:lvl w:ilvl="0" w:tplc="568236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1575399">
    <w:abstractNumId w:val="8"/>
  </w:num>
  <w:num w:numId="2" w16cid:durableId="261498826">
    <w:abstractNumId w:val="6"/>
  </w:num>
  <w:num w:numId="3" w16cid:durableId="529681738">
    <w:abstractNumId w:val="5"/>
  </w:num>
  <w:num w:numId="4" w16cid:durableId="2105880595">
    <w:abstractNumId w:val="4"/>
  </w:num>
  <w:num w:numId="5" w16cid:durableId="559708757">
    <w:abstractNumId w:val="7"/>
  </w:num>
  <w:num w:numId="6" w16cid:durableId="3945993">
    <w:abstractNumId w:val="3"/>
  </w:num>
  <w:num w:numId="7" w16cid:durableId="1684238779">
    <w:abstractNumId w:val="2"/>
  </w:num>
  <w:num w:numId="8" w16cid:durableId="2052918152">
    <w:abstractNumId w:val="1"/>
  </w:num>
  <w:num w:numId="9" w16cid:durableId="1233856617">
    <w:abstractNumId w:val="0"/>
  </w:num>
  <w:num w:numId="10" w16cid:durableId="69471600">
    <w:abstractNumId w:val="9"/>
  </w:num>
  <w:num w:numId="11" w16cid:durableId="872420870">
    <w:abstractNumId w:val="12"/>
  </w:num>
  <w:num w:numId="12" w16cid:durableId="125393784">
    <w:abstractNumId w:val="10"/>
  </w:num>
  <w:num w:numId="13" w16cid:durableId="13536062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2BA"/>
    <w:rsid w:val="0004663D"/>
    <w:rsid w:val="0006063C"/>
    <w:rsid w:val="000B2023"/>
    <w:rsid w:val="000C4303"/>
    <w:rsid w:val="00105138"/>
    <w:rsid w:val="00110DB6"/>
    <w:rsid w:val="0012207C"/>
    <w:rsid w:val="00141C80"/>
    <w:rsid w:val="0015074B"/>
    <w:rsid w:val="00153DED"/>
    <w:rsid w:val="0021235D"/>
    <w:rsid w:val="00221D2C"/>
    <w:rsid w:val="0023235A"/>
    <w:rsid w:val="00232A14"/>
    <w:rsid w:val="00281AAB"/>
    <w:rsid w:val="0029639D"/>
    <w:rsid w:val="002E1C2B"/>
    <w:rsid w:val="003105AC"/>
    <w:rsid w:val="00316A86"/>
    <w:rsid w:val="00326F90"/>
    <w:rsid w:val="003D57E3"/>
    <w:rsid w:val="00401624"/>
    <w:rsid w:val="00402D63"/>
    <w:rsid w:val="00405B62"/>
    <w:rsid w:val="00441B77"/>
    <w:rsid w:val="00441C6E"/>
    <w:rsid w:val="00470FAE"/>
    <w:rsid w:val="00490CC5"/>
    <w:rsid w:val="004936FA"/>
    <w:rsid w:val="004B212F"/>
    <w:rsid w:val="004B2902"/>
    <w:rsid w:val="00515887"/>
    <w:rsid w:val="00544169"/>
    <w:rsid w:val="005924F7"/>
    <w:rsid w:val="005B1C8C"/>
    <w:rsid w:val="005B5F4A"/>
    <w:rsid w:val="00625F0F"/>
    <w:rsid w:val="00664E7A"/>
    <w:rsid w:val="006A2AA6"/>
    <w:rsid w:val="006C3C39"/>
    <w:rsid w:val="00721192"/>
    <w:rsid w:val="00797351"/>
    <w:rsid w:val="007D1D09"/>
    <w:rsid w:val="007D4D28"/>
    <w:rsid w:val="007F5DDD"/>
    <w:rsid w:val="008B61A2"/>
    <w:rsid w:val="008D5BD5"/>
    <w:rsid w:val="008D7AFA"/>
    <w:rsid w:val="008F07B4"/>
    <w:rsid w:val="00900B1F"/>
    <w:rsid w:val="00941609"/>
    <w:rsid w:val="00964617"/>
    <w:rsid w:val="009E2D04"/>
    <w:rsid w:val="00A05213"/>
    <w:rsid w:val="00A111BF"/>
    <w:rsid w:val="00A658D4"/>
    <w:rsid w:val="00A80337"/>
    <w:rsid w:val="00A829EB"/>
    <w:rsid w:val="00AA1D8D"/>
    <w:rsid w:val="00AC343D"/>
    <w:rsid w:val="00AD1C46"/>
    <w:rsid w:val="00AE01D5"/>
    <w:rsid w:val="00B1540D"/>
    <w:rsid w:val="00B24632"/>
    <w:rsid w:val="00B328C2"/>
    <w:rsid w:val="00B47730"/>
    <w:rsid w:val="00B711DB"/>
    <w:rsid w:val="00C21255"/>
    <w:rsid w:val="00C24C82"/>
    <w:rsid w:val="00CB0664"/>
    <w:rsid w:val="00CE682E"/>
    <w:rsid w:val="00D0666E"/>
    <w:rsid w:val="00D06AAD"/>
    <w:rsid w:val="00D177BC"/>
    <w:rsid w:val="00D23EB3"/>
    <w:rsid w:val="00D437B9"/>
    <w:rsid w:val="00D53C72"/>
    <w:rsid w:val="00D66247"/>
    <w:rsid w:val="00D829D5"/>
    <w:rsid w:val="00DD217C"/>
    <w:rsid w:val="00DD3407"/>
    <w:rsid w:val="00E95210"/>
    <w:rsid w:val="00EE0E8B"/>
    <w:rsid w:val="00F17F2F"/>
    <w:rsid w:val="00F23A32"/>
    <w:rsid w:val="00F40BB6"/>
    <w:rsid w:val="00FA19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3E317"/>
  <w14:defaultImageDpi w14:val="330"/>
  <w15:docId w15:val="{D49600BB-6664-4CF4-BA77-AF8E934B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CFDD57-1E26-4F07-AF5E-0483AD997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渡邊雅彦</cp:lastModifiedBy>
  <cp:revision>20</cp:revision>
  <cp:lastPrinted>2026-09-17T03:01:00Z</cp:lastPrinted>
  <dcterms:created xsi:type="dcterms:W3CDTF">2026-04-06T05:41:00Z</dcterms:created>
  <dcterms:modified xsi:type="dcterms:W3CDTF">2026-09-17T03:03:00Z</dcterms:modified>
</cp:coreProperties>
</file>